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Jennifer Reevey</w:t>
      </w:r>
    </w:p>
    <w:p>
      <w:pPr>
        <w:pStyle w:val="Subtitle"/>
      </w:pPr>
      <w:r>
        <w:t>Security Operations  |  Python  |  Machine Learning Engineering</w:t>
      </w:r>
    </w:p>
    <w:p>
      <w:r>
        <w:t>Seattle, WA  |  jenreevey@gmail.com  |  jenniferreevey.dev</w:t>
        <w:br/>
        <w:t>linkedin.com/in/jennifer-reevey-106a1661  |  github.com/jrennr</w:t>
      </w:r>
    </w:p>
    <w:p>
      <w:r>
        <w:t>Amazon Web Services (AWS) security operations engineer, Python programmer, and machine learning engineer with experience shipping commercial software and leading product development. Created SOCbot, the Amazon Security Operations Center (SOC) department’s first operational chatbot, and built and deployed production machine learning applications. Combines advanced incident response, data analytics, full-stack development, and infrastructure support.</w:t>
      </w:r>
    </w:p>
    <w:p>
      <w:pPr>
        <w:pStyle w:val="Heading1"/>
      </w:pPr>
      <w:r>
        <w:t>Selected Achievements</w:t>
      </w:r>
    </w:p>
    <w:p>
      <w:pPr>
        <w:pStyle w:val="ListBullet"/>
      </w:pPr>
      <w:r>
        <w:t>Created SOCbot, the Amazon SOC department’s first operational security chatbot, and identified additional AI solutions for SOC workflows.</w:t>
      </w:r>
    </w:p>
    <w:p>
      <w:pPr>
        <w:pStyle w:val="ListBullet"/>
      </w:pPr>
      <w:r>
        <w:t>Identified three viable approaches to known-device false-positive Amazon WIDS alarms; implementation is pending.</w:t>
      </w:r>
    </w:p>
    <w:p>
      <w:pPr>
        <w:pStyle w:val="ListBullet"/>
      </w:pPr>
      <w:r>
        <w:t>Developed new machine learning programs intended to address three major Amazon company blockers; plans to seek approval.</w:t>
      </w:r>
    </w:p>
    <w:p>
      <w:pPr>
        <w:pStyle w:val="ListBullet"/>
      </w:pPr>
      <w:r>
        <w:t>Built and deployed commercial and production machine learning applications for Northbridge Studios LLC and others, including Feral Chef.</w:t>
      </w:r>
    </w:p>
    <w:p>
      <w:pPr>
        <w:pStyle w:val="ListBullet"/>
      </w:pPr>
      <w:r>
        <w:t>Led product direction and software development for Capital Kit, a startup developing capital-readiness tools for founders. Advanced its cross-platform mobile application from wireframes into active beta testing.</w:t>
      </w:r>
    </w:p>
    <w:p>
      <w:pPr>
        <w:pStyle w:val="ListBullet"/>
      </w:pPr>
      <w:r>
        <w:t>Delivered software and application improvement proposals accepted and implemented by the Optics and Sauron Engineering teams.</w:t>
      </w:r>
    </w:p>
    <w:p>
      <w:pPr>
        <w:pStyle w:val="ListBullet"/>
      </w:pPr>
      <w:r>
        <w:t>Authored Trustworthy AI Engineering with Python, published through Barnes &amp; Noble Press.</w:t>
      </w:r>
    </w:p>
    <w:p>
      <w:pPr>
        <w:pStyle w:val="Heading1"/>
      </w:pPr>
      <w:r>
        <w:t>Professional Experience</w:t>
      </w:r>
    </w:p>
    <w:p>
      <w:pPr>
        <w:pStyle w:val="Heading2"/>
      </w:pPr>
      <w:r>
        <w:t>Amazon Web Services  |  Support Engineer III</w:t>
      </w:r>
    </w:p>
    <w:p>
      <w:pPr>
        <w:keepNext/>
      </w:pPr>
      <w:r>
        <w:t>July 2024–present</w:t>
      </w:r>
    </w:p>
    <w:p>
      <w:r>
        <w:t>Safeguard AWS global infrastructure, devices, and sites in a high-volume Security Operations Center operating 24/7/365. Integrate vulnerability assessment, threat detection, and mitigation across user behavior, networks, devices, and software.</w:t>
      </w:r>
    </w:p>
    <w:p>
      <w:pPr>
        <w:pStyle w:val="ListBullet"/>
      </w:pPr>
      <w:r>
        <w:t>Manage high-severity security events, identify and triage incidents, coordinate escalations, and drive root cause analysis and threat mitigation.</w:t>
      </w:r>
    </w:p>
    <w:p>
      <w:pPr>
        <w:pStyle w:val="ListBullet"/>
      </w:pPr>
      <w:r>
        <w:t>Created the department’s first operational chatbot, SOCbot, and identified multiple AI solutions. Developed machine learning programs intended to address three company blockers; approval is to be sought.</w:t>
      </w:r>
    </w:p>
    <w:p>
      <w:pPr>
        <w:pStyle w:val="ListBullet"/>
      </w:pPr>
      <w:r>
        <w:t>Identified three viable approaches to known-device false-positive WIDS alarms; implementation is pending.</w:t>
      </w:r>
    </w:p>
    <w:p>
      <w:pPr>
        <w:pStyle w:val="ListBullet"/>
      </w:pPr>
      <w:r>
        <w:t>Pioneered Kuiper Site Service Visit tracking, longer historical alarm traces, ticket integration into alarm mitigation, and visitor verification.</w:t>
      </w:r>
    </w:p>
    <w:p>
      <w:pPr>
        <w:pStyle w:val="ListBullet"/>
      </w:pPr>
      <w:r>
        <w:t>Created automations, security practices, and machine learning methods. Delivered software and application improvement proposals accepted and implemented by Optics and Sauron Engineering teams.</w:t>
      </w:r>
    </w:p>
    <w:p>
      <w:pPr>
        <w:pStyle w:val="ListBullet"/>
      </w:pPr>
      <w:r>
        <w:t>Monitor events and potential vulnerabilities through tool dashboards. Translate findings into improvements with cross-functional teams and maintain clear communication during active incidents.</w:t>
      </w:r>
    </w:p>
    <w:p>
      <w:pPr>
        <w:pStyle w:val="ListBullet"/>
      </w:pPr>
      <w:r>
        <w:t>Develop and refine operational procedures to improve SOC efficiency and effectiveness.</w:t>
      </w:r>
    </w:p>
    <w:p>
      <w:pPr>
        <w:pStyle w:val="Heading2"/>
      </w:pPr>
      <w:r>
        <w:t>Amazon Web Services  |  Support Engineer II</w:t>
      </w:r>
    </w:p>
    <w:p>
      <w:pPr>
        <w:keepNext/>
      </w:pPr>
      <w:r>
        <w:t>December 2023–July 2024</w:t>
      </w:r>
    </w:p>
    <w:p>
      <w:r>
        <w:t>Supported incident response, security monitoring, and continuous operations in a high-volume SOC, identifying, triaging, and resolving threats to service integrity and customer trust.</w:t>
      </w:r>
    </w:p>
    <w:p>
      <w:pPr>
        <w:pStyle w:val="ListBullet"/>
      </w:pPr>
      <w:r>
        <w:t>Used root cause analysis, escalation handling, and real-time threat detection to minimize false positives and maintain infrastructure integrity.</w:t>
      </w:r>
    </w:p>
    <w:p>
      <w:pPr>
        <w:pStyle w:val="ListBullet"/>
      </w:pPr>
      <w:r>
        <w:t>Worked across SOC teams to mitigate active threats and improve incident escalations.</w:t>
      </w:r>
    </w:p>
    <w:p>
      <w:pPr>
        <w:pStyle w:val="ListBullet"/>
      </w:pPr>
      <w:r>
        <w:t>Refined structural detection mechanisms and engineering analysis processes; supported troubleshooting and cloud storage workflows.</w:t>
      </w:r>
    </w:p>
    <w:p>
      <w:pPr>
        <w:pStyle w:val="Heading2"/>
      </w:pPr>
      <w:r>
        <w:t>Capital Kit Inc.  |  Founder</w:t>
      </w:r>
    </w:p>
    <w:p>
      <w:pPr>
        <w:keepNext/>
      </w:pPr>
      <w:r>
        <w:t>January 2026–present</w:t>
      </w:r>
    </w:p>
    <w:p>
      <w:r>
        <w:t>Lead product direction and software development for capital-readiness tools for founders.</w:t>
      </w:r>
    </w:p>
    <w:p>
      <w:pPr>
        <w:pStyle w:val="ListBullet"/>
      </w:pPr>
      <w:r>
        <w:t>Develop a cross-platform mobile application, progressing from wireframes into active beta testing.</w:t>
      </w:r>
    </w:p>
    <w:p>
      <w:pPr>
        <w:pStyle w:val="Heading2"/>
      </w:pPr>
      <w:r>
        <w:t>Feral Chef  |  Computer Vision Engineer</w:t>
      </w:r>
    </w:p>
    <w:p>
      <w:pPr>
        <w:keepNext/>
      </w:pPr>
      <w:r>
        <w:t>May 2026–August 2026</w:t>
      </w:r>
    </w:p>
    <w:p>
      <w:r>
        <w:t>Built and deployed multiple commercial and production machine learning applications for Northbridge Studios LLC and others, including Feral Chef.</w:t>
      </w:r>
    </w:p>
    <w:p>
      <w:pPr>
        <w:pStyle w:val="ListBullet"/>
      </w:pPr>
      <w:r>
        <w:t>Built a private computer-vision mobile workflow that turns scanned food items into recipe inputs using TypeScript, Python, and APIs.</w:t>
      </w:r>
    </w:p>
    <w:p>
      <w:pPr>
        <w:pStyle w:val="Heading2"/>
      </w:pPr>
      <w:r>
        <w:t>AutomaWorx LLC  |  Freelance Python and Machine Learning Developer</w:t>
      </w:r>
    </w:p>
    <w:p>
      <w:pPr>
        <w:keepNext/>
      </w:pPr>
      <w:r>
        <w:t>February 2025–February 2026</w:t>
      </w:r>
    </w:p>
    <w:p>
      <w:r>
        <w:t>Provided remote developer services, data analysis, data management, model training, application troubleshooting, and application security from Seattle, Washington.</w:t>
      </w:r>
    </w:p>
    <w:p>
      <w:pPr>
        <w:pStyle w:val="ListBullet"/>
      </w:pPr>
      <w:r>
        <w:t>Architected, developed, and deployed full-stack websites, autonomous intelligent agents, and customized machine learning models. Trained and fine-tuned models for operational and product features.</w:t>
      </w:r>
    </w:p>
    <w:p>
      <w:pPr>
        <w:pStyle w:val="ListBullet"/>
      </w:pPr>
      <w:r>
        <w:t>Managed, structured, and optimized large datasets. Built scalable data pipelines and storage architectures for reliability, query access, and operational efficiency.</w:t>
      </w:r>
    </w:p>
    <w:p>
      <w:pPr>
        <w:pStyle w:val="ListBullet"/>
      </w:pPr>
      <w:r>
        <w:t>Debugged application bottlenecks, software regressions, web issues, backend problems, and model degradation to improve performance, latency, and user experience.</w:t>
      </w:r>
    </w:p>
    <w:p>
      <w:pPr>
        <w:pStyle w:val="ListBullet"/>
      </w:pPr>
      <w:r>
        <w:t>Engineered end-to-end data and machine learning workflows using AWS Machine Learning, Azure Machine Learning, and Databricks for scalable training, lifecycle tracking, and big-data processing.</w:t>
      </w:r>
    </w:p>
    <w:p>
      <w:pPr>
        <w:pStyle w:val="Heading2"/>
      </w:pPr>
      <w:r>
        <w:t>Multiple organizations  |  Information Technology Infrastructure, SecOps and Endpoint Security Specialist Contractor</w:t>
      </w:r>
    </w:p>
    <w:p>
      <w:pPr>
        <w:keepNext/>
      </w:pPr>
      <w:r>
        <w:t>January 2021–December 2023</w:t>
      </w:r>
    </w:p>
    <w:p>
      <w:r>
        <w:t>Supported infrastructure engineering, systems, networks, security operations, threat mitigation, and ITIL Service Strategy in Seattle. Set up and protected Linux, Unix, and Windows environments across physical networks, endpoints, and hardware deployments.</w:t>
      </w:r>
    </w:p>
    <w:p>
      <w:pPr>
        <w:pStyle w:val="ListBullet"/>
      </w:pPr>
      <w:r>
        <w:t>Embedded vulnerability management across users, networks, endpoints, and software. Audited access and manually managed user directories, Active Directory groups, MFA, and conditional access.</w:t>
      </w:r>
    </w:p>
    <w:p>
      <w:pPr>
        <w:pStyle w:val="ListBullet"/>
      </w:pPr>
      <w:r>
        <w:t>Resolved LAN bottlenecks, routing, connectivity, and ACD system failures. Integrated Cisco switches into patch panels, deployed network PCs, and remediated disruptions with senior engineers.</w:t>
      </w:r>
    </w:p>
    <w:p>
      <w:pPr>
        <w:pStyle w:val="ListBullet"/>
      </w:pPr>
      <w:r>
        <w:t>Installed, configured, and repaired IP security cameras, CCTV, VoIP phones, and IoT infrastructure. Managed settings and alerts for perimeter visibility.</w:t>
      </w:r>
    </w:p>
    <w:p>
      <w:pPr>
        <w:pStyle w:val="ListBullet"/>
      </w:pPr>
      <w:r>
        <w:t>Used Microsoft Intune and SCCM for software deployment, patch management, and security updates. Managed iOS and Android fleets with MDM and enforced data loss prevention.</w:t>
      </w:r>
    </w:p>
    <w:p>
      <w:pPr>
        <w:pStyle w:val="ListBullet"/>
      </w:pPr>
      <w:r>
        <w:t>Diagnosed hardware, software, and OS issues through Tier 2 and Tier 3 support. Resolved ITSM tickets under SLAs and documented engineering procedures in technical manuals and knowledge bases.</w:t>
      </w:r>
    </w:p>
    <w:p>
      <w:pPr>
        <w:pStyle w:val="Heading1"/>
      </w:pPr>
      <w:r>
        <w:t>Education</w:t>
      </w:r>
    </w:p>
    <w:p>
      <w:r>
        <w:t>Colorado State University · B.S. Information Technology, in progress · expected September 2027.</w:t>
      </w:r>
    </w:p>
    <w:p>
      <w:r>
        <w:t>Columbia Engineering · Data Analysis, Machine Learning Engineering, Software Development · March 2023.</w:t>
      </w:r>
    </w:p>
    <w:p>
      <w:r>
        <w:t>SANS Technology Institute · Data Science, Machine Learning Engineering, Cybersecurity · December 2024.</w:t>
      </w:r>
    </w:p>
    <w:p>
      <w:pPr>
        <w:pStyle w:val="Heading1"/>
      </w:pPr>
      <w:r>
        <w:t>Licenses and Certifications</w:t>
      </w:r>
    </w:p>
    <w:p>
      <w:pPr>
        <w:pStyle w:val="ListBullet"/>
      </w:pPr>
      <w:r>
        <w:t>Introduction to Splunk SOAR · Splunk · issued October 2025.</w:t>
      </w:r>
    </w:p>
    <w:p>
      <w:pPr>
        <w:pStyle w:val="ListBullet"/>
      </w:pPr>
      <w:r>
        <w:t>AWS/Coursera Certifications · Coursera · issued November 2023.</w:t>
      </w:r>
    </w:p>
    <w:p>
      <w:pPr>
        <w:pStyle w:val="ListBullet"/>
      </w:pPr>
      <w:r>
        <w:t>Academy Accreditation — AI Agent Fundamentals · Databricks · issued October 2025 · expires October 2026 · credential ID 162948105.</w:t>
      </w:r>
    </w:p>
    <w:p>
      <w:pPr>
        <w:pStyle w:val="ListBullet"/>
      </w:pPr>
      <w:r>
        <w:t>Academy Accreditation — Databricks Fundamentals · Databricks · issued October 2025 · credential ID 162745657.</w:t>
      </w:r>
    </w:p>
    <w:p>
      <w:pPr>
        <w:pStyle w:val="ListBullet"/>
      </w:pPr>
      <w:r>
        <w:t>Academy Accreditation — Generative AI Fundamentals · Databricks · issued October 2025 · credential ID 162665424.</w:t>
      </w:r>
    </w:p>
    <w:p>
      <w:pPr>
        <w:pStyle w:val="ListBullet"/>
      </w:pPr>
      <w:r>
        <w:t>Data Analytics Boot Camp · Columbia Engineering · issued March 2023.</w:t>
      </w:r>
    </w:p>
    <w:p>
      <w:pPr>
        <w:pStyle w:val="ListBullet"/>
      </w:pPr>
      <w:r>
        <w:t>A+ Certification · CompTIA.</w:t>
      </w:r>
    </w:p>
    <w:p>
      <w:pPr>
        <w:pStyle w:val="Heading1"/>
      </w:pPr>
      <w:r>
        <w:t>Projects</w:t>
      </w:r>
    </w:p>
    <w:p>
      <w:pPr>
        <w:pStyle w:val="ListBullet"/>
      </w:pPr>
      <w:r>
        <w:t>Capital Kit · Capital-readiness software for founders. Lead product direction and software development; cross-platform mobile application in active beta testing.</w:t>
      </w:r>
    </w:p>
    <w:p>
      <w:pPr>
        <w:pStyle w:val="ListBullet"/>
      </w:pPr>
      <w:r>
        <w:t>Feral Chef · Computer-vision mobile workflow using TypeScript, Python, and APIs to turn scanned food items into recipe inputs.</w:t>
      </w:r>
    </w:p>
    <w:p>
      <w:pPr>
        <w:pStyle w:val="ListBullet"/>
      </w:pPr>
      <w:r>
        <w:t>Charity application classifier · TensorFlow model with categorical preprocessing and held-out evaluation; code and results on GitHub.</w:t>
      </w:r>
    </w:p>
    <w:p>
      <w:pPr>
        <w:pStyle w:val="ListBullet"/>
      </w:pPr>
      <w:r>
        <w:t>Crowdfunding extract, transform, load (ETL) · Jupyter data transformation workflow with source CSV artifacts and documented methods.</w:t>
      </w:r>
    </w:p>
    <w:p>
      <w:pPr>
        <w:pStyle w:val="ListBullet"/>
      </w:pPr>
      <w:r>
        <w:t>Interactive Résumé Studio · Role-focused views of the same professional record.</w:t>
      </w:r>
    </w:p>
    <w:p>
      <w:pPr>
        <w:pStyle w:val="ListBullet"/>
      </w:pPr>
      <w:r>
        <w:t>Get Hired or Die · A playable game I built.</w:t>
      </w:r>
    </w:p>
    <w:p>
      <w:pPr>
        <w:pStyle w:val="Heading1"/>
      </w:pPr>
      <w:r>
        <w:t>Publication</w:t>
      </w:r>
    </w:p>
    <w:p>
      <w:r>
        <w:rPr>
          <w:b/>
        </w:rPr>
        <w:t>Trustworthy AI Engineering with Python: From Prototype to Production: Practical Controls, Measurable Evidence, and Safer Automation</w:t>
      </w:r>
    </w:p>
    <w:p>
      <w:r>
        <w:t>Barnes &amp; Noble Press</w:t>
      </w:r>
    </w:p>
    <w:p>
      <w:r>
        <w:t>Authored an intermediate-level technical book about moving Python AI and machine learning prototypes into dependable production use. Covers evaluation, data boundaries, threat modeling, secure retrieval, automation safeguards, monitoring, incident response, and rollback. Explains projects in plain language and technical terms, with an emphasis on security, privacy, reproducibility, responsible engineering, and equitable access to AI development.</w:t>
      </w:r>
    </w:p>
    <w:p>
      <w:pPr>
        <w:pStyle w:val="Heading1"/>
      </w:pPr>
      <w:r>
        <w:t>Technical Skills</w:t>
      </w:r>
    </w:p>
    <w:p>
      <w:r>
        <w:t>Forward Engineering · Application Engineering · Machine Learning · Public Cloud, Cloud Services, User Accounts, Solution Architecture, Cloud Security, Amazon S3, AWS Identity and Access Management (IAM), Cloud Computing Architecture, Cloud Infrastructure, Cloud Management, Amazon Web Services, Amazon Elastic Compute Cloud · Microsoft Azure Machine Learning · SQL · AI Agents · Generative AI · No-Code Development Platforms · Algorithm Development</w:t>
      </w:r>
    </w:p>
    <w:p>
      <w:r>
        <w:t>Mobile Application Development · Data Analytics · Amazon Elastic Compute Cloud · Databricks · Data Extraction · Splunk · Algorithm Optimization · Regression · Cloud Security · Solution Architecture</w:t>
      </w:r>
    </w:p>
    <w:p>
      <w:r>
        <w:t>Network Technology · Splunk Enterprise Security · Amazon Web Services (AWS) · Amazon S3 · ICT Security · SOAR · Large Language Models (LLM) · Access Control · Network Troubleshooting · Unsupervised Learning</w:t>
      </w:r>
    </w:p>
    <w:p>
      <w:r>
        <w:t>Full-Stack Development · Agentic AI · Natural Language Processing (NLP) · Quantitative Analytics · Statistical Data Analysis · Data Modeling · Artificial Intelligence (AI) · REST APIs · Kubernetes · Rancher</w:t>
      </w:r>
    </w:p>
    <w:p>
      <w:r>
        <w:t>Data Cleaning · Anomaly Detection · Supervised Learning · R (Programming Language) · Troubleshooting · Web Development · Databases · Configuration Management · Identity and Access Management (IAM) · Support Engineer</w:t>
      </w:r>
    </w:p>
    <w:p>
      <w:r>
        <w:t>Security Operations Center · Incident Management · Incident Response · Risk Assessment · Root Cause Problem Solving · Vulnerability Assessment · System Monitoring · Data Analysis · Data Visualization · Internet Protocol Suite (TCP/IP)</w:t>
      </w:r>
    </w:p>
    <w:p>
      <w:r>
        <w:t>Discrete Mathematics · Model Training · Algorithms · Prompt Engineering · Data Structures · Machine Learning Engineering · Machine Learning Algorithms · Information Architecture · Python (Programming Language) · Vulnerability Management</w:t>
      </w:r>
    </w:p>
    <w:p>
      <w:r>
        <w:t>Back-End Web Development · Software Engineering · NoSQL · MongoDB · Tableau · Seaborn · Flask · Apache Spark · PyTorch · NumPy</w:t>
      </w:r>
    </w:p>
    <w:p>
      <w:r>
        <w:t>Matplotlib · Pandas (Software) · Scikit-Learn · PostgreSQL · JavaScript · Cascading Style Sheets (CSS) · Disaster Recovery · Relational Databases · 3rd Line Support · Tier 3</w:t>
      </w:r>
    </w:p>
    <w:p>
      <w:r>
        <w:t>ITIL Service Strategy · Root Cause Analysis · Software as a Service (SaaS) · Ticketing Applications · Cloud Storage · Technical Writing · User Administration · Software Troubleshooting · Endpoint Security · Linux</w:t>
      </w:r>
    </w:p>
    <w:p>
      <w:pPr>
        <w:pStyle w:val="Heading1"/>
      </w:pPr>
      <w:r>
        <w:t>Additional Technical Experience</w:t>
      </w:r>
    </w:p>
    <w:p>
      <w:r>
        <w:t>Trained and deployed models using Python, Pandas, NumPy, Scikit-learn, SQL, MongoDB, and R Studio. Built Flask websites with PyMongo CRUD operations, Tableau dashboards, and ETL workflows with data wrangling and preprocessing. Applied SDLC and DevOps principles.</w:t>
      </w:r>
    </w:p>
    <w:p>
      <w:r>
        <w:t xml:space="preserve">For additional professional background, </w:t>
      </w:r>
      <w:hyperlink r:id="rIdEarlierLinkedIn">
        <w:r>
          <w:rPr>
            <w:color w:val="0563C1"/>
            <w:u w:val="single"/>
          </w:rPr>
          <w:t>view earlier experience and skills on LinkedIn.</w:t>
        </w:r>
      </w:hyperlink>
    </w:p>
    <w:p>
      <w:pPr>
        <w:pStyle w:val="Heading1"/>
      </w:pPr>
      <w:r>
        <w:t>Availability</w:t>
      </w:r>
    </w:p>
    <w:p>
      <w:r>
        <w:t>Remote work ready. Open to relocation to New York or the European Union only. Private portfolio available for review. Experience with NDA compliance, startup work, and contract engineering.</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EarlierLinkedIn" Type="http://schemas.openxmlformats.org/officeDocument/2006/relationships/hyperlink" Target="https://www.linkedin.com/in/jennifer-reevey-106a1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Jennifer Reevey Resume</dc:title>
  <dc:subject>Professional experience and qualifications</dc:subject>
  <dc:creator>Jennifer Reevey</dc:creator>
  <cp:keywords/>
  <dc:description/>
  <cp:lastModifiedBy>Jennifer Reevey</cp:lastModifiedBy>
  <cp:revision>1</cp:revision>
  <dcterms:created xsi:type="dcterms:W3CDTF">2013-12-23T23:15:00Z</dcterms:created>
  <dcterms:modified xsi:type="dcterms:W3CDTF">2013-12-23T23:15:00Z</dcterms:modified>
  <cp:category/>
</cp:coreProperties>
</file>